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6DAD" w14:textId="0D9CF3C2" w:rsidR="00237713" w:rsidRPr="00B63B32" w:rsidRDefault="007011F0">
      <w:pPr>
        <w:spacing w:after="120"/>
        <w:jc w:val="center"/>
        <w:rPr>
          <w:lang w:val="ru-RU"/>
        </w:rPr>
      </w:pPr>
      <w:r w:rsidRPr="00B63B32">
        <w:rPr>
          <w:b/>
          <w:sz w:val="26"/>
          <w:lang w:val="ru-RU"/>
        </w:rPr>
        <w:t>ОБРАЗЕЦ НА ПРЕДЛОЖЕНИЕ ОТ КАНДИДАТ</w:t>
      </w:r>
    </w:p>
    <w:p w14:paraId="769B50A0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До Директора на 86. ОУ „Св. Климент Охридски“ – с. Владая</w:t>
      </w:r>
    </w:p>
    <w:p w14:paraId="3F70EE9B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От: …………………………………………………………………………………</w:t>
      </w:r>
    </w:p>
    <w:p w14:paraId="6A7E7A1C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ЕИК/идентификатор: …………………………  Адрес: ……………………………………………</w:t>
      </w:r>
    </w:p>
    <w:p w14:paraId="111F8128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 xml:space="preserve">Лице за контакт: ……………………………… Тел.: …………………… </w:t>
      </w:r>
      <w:r>
        <w:t>E</w:t>
      </w:r>
      <w:r w:rsidRPr="00B63B32">
        <w:rPr>
          <w:lang w:val="ru-RU"/>
        </w:rPr>
        <w:t>-</w:t>
      </w:r>
      <w:r>
        <w:t>mail</w:t>
      </w:r>
      <w:r w:rsidRPr="00B63B32">
        <w:rPr>
          <w:lang w:val="ru-RU"/>
        </w:rPr>
        <w:t>: ……………………</w:t>
      </w:r>
    </w:p>
    <w:p w14:paraId="00AA8E1D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Предлагаме да осигуряваме ученически униформи при следните условия:</w:t>
      </w:r>
    </w:p>
    <w:p w14:paraId="2A1A92F4" w14:textId="58F16FEC" w:rsidR="00237713" w:rsidRPr="00B63B32" w:rsidRDefault="007011F0">
      <w:pPr>
        <w:spacing w:after="80"/>
        <w:rPr>
          <w:lang w:val="ru-RU"/>
        </w:rPr>
      </w:pPr>
      <w:r w:rsidRPr="00B63B32">
        <w:rPr>
          <w:b/>
          <w:lang w:val="ru-RU"/>
        </w:rPr>
        <w:t xml:space="preserve">1. </w:t>
      </w:r>
      <w:r w:rsidR="00F63899">
        <w:rPr>
          <w:b/>
          <w:lang w:val="ru-RU"/>
        </w:rPr>
        <w:t>К</w:t>
      </w:r>
      <w:r w:rsidRPr="00B63B32">
        <w:rPr>
          <w:b/>
          <w:lang w:val="ru-RU"/>
        </w:rPr>
        <w:t>ратко представяне:</w:t>
      </w:r>
    </w:p>
    <w:p w14:paraId="588458C2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……………………………………………………………………………………………………………………</w:t>
      </w:r>
    </w:p>
    <w:p w14:paraId="684DDFB5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b/>
          <w:lang w:val="ru-RU"/>
        </w:rPr>
        <w:t>2. Предлагани артикули и модели:</w:t>
      </w:r>
    </w:p>
    <w:p w14:paraId="0E8C0104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……………………………………………………………………………………………………………………</w:t>
      </w:r>
    </w:p>
    <w:p w14:paraId="2C0FBD43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b/>
          <w:lang w:val="ru-RU"/>
        </w:rPr>
        <w:t>3. Материи и състав:</w:t>
      </w:r>
    </w:p>
    <w:p w14:paraId="72DC7FC4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……………………………………………………………………………………………………………………</w:t>
      </w:r>
    </w:p>
    <w:p w14:paraId="101E6689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b/>
          <w:lang w:val="ru-RU"/>
        </w:rPr>
        <w:t>4. Размерна гама:</w:t>
      </w:r>
    </w:p>
    <w:p w14:paraId="795051A2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……………………………………………………………………………………………………………………</w:t>
      </w:r>
    </w:p>
    <w:p w14:paraId="1958B914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b/>
          <w:lang w:val="ru-RU"/>
        </w:rPr>
        <w:t>5. Срок за изработка/доставка:</w:t>
      </w:r>
    </w:p>
    <w:p w14:paraId="7BC0E63D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……………………………………………………………………………………………………………………</w:t>
      </w:r>
    </w:p>
    <w:p w14:paraId="324DB848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b/>
          <w:lang w:val="ru-RU"/>
        </w:rPr>
        <w:t>6. Начин за поръчване:</w:t>
      </w:r>
    </w:p>
    <w:p w14:paraId="6AA38163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……………………………………………………………………………………………………………………</w:t>
      </w:r>
    </w:p>
    <w:p w14:paraId="1DA7AE00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b/>
          <w:lang w:val="ru-RU"/>
        </w:rPr>
        <w:t>7. Начин за плащане и доставка:</w:t>
      </w:r>
    </w:p>
    <w:p w14:paraId="44CAF337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……………………………………………………………………………………………………………………</w:t>
      </w:r>
    </w:p>
    <w:p w14:paraId="38E16E2E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b/>
          <w:lang w:val="ru-RU"/>
        </w:rPr>
        <w:t>8. Условия за замяна/връщане/рекламации:</w:t>
      </w:r>
    </w:p>
    <w:p w14:paraId="3B4CB573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……………………………………………………………………………………………………………………</w:t>
      </w:r>
    </w:p>
    <w:p w14:paraId="08D9D559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b/>
          <w:lang w:val="ru-RU"/>
        </w:rPr>
        <w:t>9. Последващи поръчки през годината:</w:t>
      </w:r>
    </w:p>
    <w:p w14:paraId="27DA5F45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……………………………………………………………………………………………………………………</w:t>
      </w:r>
    </w:p>
    <w:p w14:paraId="7F85ACC9" w14:textId="77777777" w:rsidR="00237713" w:rsidRPr="00B63B32" w:rsidRDefault="007011F0">
      <w:pPr>
        <w:spacing w:after="80"/>
        <w:rPr>
          <w:lang w:val="ru-RU"/>
        </w:rPr>
      </w:pPr>
      <w:r w:rsidRPr="00B63B32">
        <w:rPr>
          <w:b/>
          <w:lang w:val="ru-RU"/>
        </w:rPr>
        <w:t>10. Валидност на цените:</w:t>
      </w:r>
    </w:p>
    <w:p w14:paraId="4642893D" w14:textId="77777777" w:rsidR="00237713" w:rsidRDefault="007011F0">
      <w:pPr>
        <w:spacing w:after="80"/>
      </w:pPr>
      <w:r>
        <w:t>……………………………………………………………………………………………………………………</w:t>
      </w:r>
    </w:p>
    <w:p w14:paraId="0197CA7F" w14:textId="77777777" w:rsidR="00237713" w:rsidRDefault="007011F0">
      <w:pPr>
        <w:spacing w:after="100"/>
      </w:pPr>
      <w:proofErr w:type="spellStart"/>
      <w:r>
        <w:rPr>
          <w:b/>
          <w:sz w:val="23"/>
        </w:rPr>
        <w:t>Ценова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таблица</w:t>
      </w:r>
      <w:proofErr w:type="spellEnd"/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462"/>
        <w:gridCol w:w="2463"/>
        <w:gridCol w:w="2462"/>
        <w:gridCol w:w="2462"/>
      </w:tblGrid>
      <w:tr w:rsidR="00237713" w14:paraId="0416E7ED" w14:textId="77777777">
        <w:tc>
          <w:tcPr>
            <w:tcW w:w="2465" w:type="dxa"/>
          </w:tcPr>
          <w:p w14:paraId="37401BBD" w14:textId="77777777" w:rsidR="00237713" w:rsidRDefault="007011F0">
            <w:proofErr w:type="spellStart"/>
            <w:r>
              <w:t>Артикул</w:t>
            </w:r>
            <w:proofErr w:type="spellEnd"/>
          </w:p>
        </w:tc>
        <w:tc>
          <w:tcPr>
            <w:tcW w:w="2465" w:type="dxa"/>
          </w:tcPr>
          <w:p w14:paraId="317504F1" w14:textId="77777777" w:rsidR="00237713" w:rsidRDefault="007011F0">
            <w:proofErr w:type="spellStart"/>
            <w:r>
              <w:t>Описание</w:t>
            </w:r>
            <w:proofErr w:type="spellEnd"/>
            <w:r>
              <w:t>/</w:t>
            </w:r>
            <w:proofErr w:type="spellStart"/>
            <w:r>
              <w:t>материя</w:t>
            </w:r>
            <w:proofErr w:type="spellEnd"/>
          </w:p>
        </w:tc>
        <w:tc>
          <w:tcPr>
            <w:tcW w:w="2465" w:type="dxa"/>
          </w:tcPr>
          <w:p w14:paraId="714B6A57" w14:textId="77777777" w:rsidR="00237713" w:rsidRDefault="007011F0">
            <w:proofErr w:type="spellStart"/>
            <w:r>
              <w:t>Цена</w:t>
            </w:r>
            <w:proofErr w:type="spellEnd"/>
            <w:r>
              <w:t xml:space="preserve"> с ДДС*</w:t>
            </w:r>
          </w:p>
        </w:tc>
        <w:tc>
          <w:tcPr>
            <w:tcW w:w="2465" w:type="dxa"/>
          </w:tcPr>
          <w:p w14:paraId="753B6ECF" w14:textId="77777777" w:rsidR="00237713" w:rsidRDefault="007011F0">
            <w:proofErr w:type="spellStart"/>
            <w:r>
              <w:t>Брандиране</w:t>
            </w:r>
            <w:proofErr w:type="spellEnd"/>
            <w:r>
              <w:t xml:space="preserve"> </w:t>
            </w:r>
            <w:proofErr w:type="spellStart"/>
            <w:r>
              <w:t>включено</w:t>
            </w:r>
            <w:proofErr w:type="spellEnd"/>
          </w:p>
        </w:tc>
      </w:tr>
      <w:tr w:rsidR="00237713" w14:paraId="69960EFC" w14:textId="77777777">
        <w:tc>
          <w:tcPr>
            <w:tcW w:w="2465" w:type="dxa"/>
          </w:tcPr>
          <w:p w14:paraId="7DCC11C9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18D3500C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7DB291EE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469552CB" w14:textId="77777777" w:rsidR="00237713" w:rsidRDefault="007011F0">
            <w:r>
              <w:t>……………………</w:t>
            </w:r>
          </w:p>
        </w:tc>
      </w:tr>
      <w:tr w:rsidR="00237713" w14:paraId="3B7C739F" w14:textId="77777777">
        <w:tc>
          <w:tcPr>
            <w:tcW w:w="2465" w:type="dxa"/>
          </w:tcPr>
          <w:p w14:paraId="3CC9C033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22DF3886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688837E8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4CD5A735" w14:textId="77777777" w:rsidR="00237713" w:rsidRDefault="007011F0">
            <w:r>
              <w:t>……………………</w:t>
            </w:r>
          </w:p>
        </w:tc>
      </w:tr>
      <w:tr w:rsidR="00237713" w14:paraId="5D70494F" w14:textId="77777777">
        <w:tc>
          <w:tcPr>
            <w:tcW w:w="2465" w:type="dxa"/>
          </w:tcPr>
          <w:p w14:paraId="306C6CA9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4A915753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44CFF361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78B89D1D" w14:textId="77777777" w:rsidR="00237713" w:rsidRDefault="007011F0">
            <w:r>
              <w:t>……………………</w:t>
            </w:r>
          </w:p>
        </w:tc>
      </w:tr>
      <w:tr w:rsidR="00237713" w14:paraId="260AE0D9" w14:textId="77777777">
        <w:tc>
          <w:tcPr>
            <w:tcW w:w="2465" w:type="dxa"/>
          </w:tcPr>
          <w:p w14:paraId="37B94B91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5A94DAC8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1B9A1415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010132EA" w14:textId="77777777" w:rsidR="00237713" w:rsidRDefault="007011F0">
            <w:r>
              <w:t>……………………</w:t>
            </w:r>
          </w:p>
        </w:tc>
      </w:tr>
      <w:tr w:rsidR="00237713" w14:paraId="7272E404" w14:textId="77777777">
        <w:tc>
          <w:tcPr>
            <w:tcW w:w="2465" w:type="dxa"/>
          </w:tcPr>
          <w:p w14:paraId="0A60B443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3AF01BA2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2860FB45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2B9446F5" w14:textId="77777777" w:rsidR="00237713" w:rsidRDefault="007011F0">
            <w:r>
              <w:t>……………………</w:t>
            </w:r>
          </w:p>
        </w:tc>
      </w:tr>
      <w:tr w:rsidR="00237713" w14:paraId="14C6F28C" w14:textId="77777777">
        <w:tc>
          <w:tcPr>
            <w:tcW w:w="2465" w:type="dxa"/>
          </w:tcPr>
          <w:p w14:paraId="3CA26471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3CF4079C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78D4CD3A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16D216F2" w14:textId="77777777" w:rsidR="00237713" w:rsidRDefault="007011F0">
            <w:r>
              <w:t>……………………</w:t>
            </w:r>
          </w:p>
        </w:tc>
      </w:tr>
      <w:tr w:rsidR="00237713" w14:paraId="248CA424" w14:textId="77777777">
        <w:tc>
          <w:tcPr>
            <w:tcW w:w="2465" w:type="dxa"/>
          </w:tcPr>
          <w:p w14:paraId="2F5393EA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345E548C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21DE3EDA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661DE951" w14:textId="77777777" w:rsidR="00237713" w:rsidRDefault="007011F0">
            <w:r>
              <w:t>……………………</w:t>
            </w:r>
          </w:p>
        </w:tc>
      </w:tr>
      <w:tr w:rsidR="00237713" w14:paraId="1AECA69F" w14:textId="77777777">
        <w:tc>
          <w:tcPr>
            <w:tcW w:w="2465" w:type="dxa"/>
          </w:tcPr>
          <w:p w14:paraId="4281B924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05A87F89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2C315C00" w14:textId="77777777" w:rsidR="00237713" w:rsidRDefault="007011F0">
            <w:r>
              <w:t>……………………</w:t>
            </w:r>
          </w:p>
        </w:tc>
        <w:tc>
          <w:tcPr>
            <w:tcW w:w="2465" w:type="dxa"/>
          </w:tcPr>
          <w:p w14:paraId="7CA32C6F" w14:textId="77777777" w:rsidR="00237713" w:rsidRDefault="007011F0">
            <w:r>
              <w:t>……………………</w:t>
            </w:r>
          </w:p>
        </w:tc>
      </w:tr>
    </w:tbl>
    <w:p w14:paraId="03C0E4D4" w14:textId="77777777" w:rsidR="00237713" w:rsidRPr="00B63B32" w:rsidRDefault="007011F0">
      <w:pPr>
        <w:spacing w:after="160"/>
        <w:rPr>
          <w:lang w:val="ru-RU"/>
        </w:rPr>
      </w:pPr>
      <w:r w:rsidRPr="00B63B32">
        <w:rPr>
          <w:lang w:val="ru-RU"/>
        </w:rPr>
        <w:t>* Когато ДДС е приложимо. Посочената цена следва да е крайна за родителя.</w:t>
      </w:r>
    </w:p>
    <w:p w14:paraId="1A173BEF" w14:textId="77777777" w:rsidR="00237713" w:rsidRPr="00B63B32" w:rsidRDefault="007011F0">
      <w:pPr>
        <w:spacing w:after="160"/>
        <w:rPr>
          <w:lang w:val="ru-RU"/>
        </w:rPr>
      </w:pPr>
      <w:r w:rsidRPr="00B63B32">
        <w:rPr>
          <w:lang w:val="ru-RU"/>
        </w:rPr>
        <w:t>Декларираме, че сме запознати с условията; родителите са преки купувачи; училището не гарантира минимални количества/оборот; ще използваме името и емблемата на училището само в рамките на писмено разрешеното.</w:t>
      </w:r>
    </w:p>
    <w:p w14:paraId="1F803613" w14:textId="77777777" w:rsidR="004440A1" w:rsidRDefault="004440A1">
      <w:pPr>
        <w:spacing w:after="80"/>
        <w:rPr>
          <w:lang w:val="ru-RU"/>
        </w:rPr>
      </w:pPr>
    </w:p>
    <w:p w14:paraId="0A6E709C" w14:textId="179DE5A9" w:rsidR="008E28FE" w:rsidRDefault="007011F0">
      <w:pPr>
        <w:spacing w:after="80"/>
        <w:rPr>
          <w:lang w:val="ru-RU"/>
        </w:rPr>
      </w:pPr>
      <w:r w:rsidRPr="00B63B32">
        <w:rPr>
          <w:lang w:val="ru-RU"/>
        </w:rPr>
        <w:t xml:space="preserve">Дата: ……………………     </w:t>
      </w:r>
    </w:p>
    <w:p w14:paraId="6E872096" w14:textId="77777777" w:rsidR="004440A1" w:rsidRDefault="004440A1">
      <w:pPr>
        <w:spacing w:after="80"/>
        <w:rPr>
          <w:lang w:val="ru-RU"/>
        </w:rPr>
      </w:pPr>
    </w:p>
    <w:p w14:paraId="1293BB57" w14:textId="77777777" w:rsidR="004440A1" w:rsidRDefault="004440A1">
      <w:pPr>
        <w:spacing w:after="80"/>
        <w:rPr>
          <w:lang w:val="ru-RU"/>
        </w:rPr>
      </w:pPr>
    </w:p>
    <w:p w14:paraId="194151DD" w14:textId="6926DA5B" w:rsidR="008E28FE" w:rsidRDefault="007011F0">
      <w:pPr>
        <w:spacing w:after="80"/>
        <w:rPr>
          <w:lang w:val="ru-RU"/>
        </w:rPr>
      </w:pPr>
      <w:r w:rsidRPr="00B63B32">
        <w:rPr>
          <w:lang w:val="ru-RU"/>
        </w:rPr>
        <w:t xml:space="preserve">Представляващ: ………………………………    </w:t>
      </w:r>
    </w:p>
    <w:p w14:paraId="7F132CB2" w14:textId="77777777" w:rsidR="004440A1" w:rsidRDefault="004440A1">
      <w:pPr>
        <w:spacing w:after="80"/>
        <w:rPr>
          <w:lang w:val="ru-RU"/>
        </w:rPr>
      </w:pPr>
    </w:p>
    <w:p w14:paraId="1DBA5D9F" w14:textId="77777777" w:rsidR="004440A1" w:rsidRDefault="004440A1">
      <w:pPr>
        <w:spacing w:after="80"/>
        <w:rPr>
          <w:lang w:val="ru-RU"/>
        </w:rPr>
      </w:pPr>
    </w:p>
    <w:p w14:paraId="08630C08" w14:textId="1DA6A952" w:rsidR="00237713" w:rsidRPr="00B63B32" w:rsidRDefault="007011F0">
      <w:pPr>
        <w:spacing w:after="80"/>
        <w:rPr>
          <w:lang w:val="ru-RU"/>
        </w:rPr>
      </w:pPr>
      <w:r w:rsidRPr="00B63B32">
        <w:rPr>
          <w:lang w:val="ru-RU"/>
        </w:rPr>
        <w:t>Подпис/печат: ………………………</w:t>
      </w:r>
    </w:p>
    <w:p w14:paraId="47D2421E" w14:textId="2F0A188E" w:rsidR="00237713" w:rsidRPr="00F63899" w:rsidRDefault="00237713" w:rsidP="00F63899">
      <w:pPr>
        <w:rPr>
          <w:lang w:val="ru-RU"/>
        </w:rPr>
      </w:pPr>
    </w:p>
    <w:sectPr w:rsidR="00237713" w:rsidRPr="00F63899" w:rsidSect="007B2EB2">
      <w:headerReference w:type="default" r:id="rId8"/>
      <w:pgSz w:w="12240" w:h="15840"/>
      <w:pgMar w:top="1020" w:right="1134" w:bottom="426" w:left="1247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F7331" w14:textId="77777777" w:rsidR="00AB357C" w:rsidRDefault="00AB357C" w:rsidP="00611CAE">
      <w:pPr>
        <w:spacing w:after="0" w:line="240" w:lineRule="auto"/>
      </w:pPr>
      <w:r>
        <w:separator/>
      </w:r>
    </w:p>
  </w:endnote>
  <w:endnote w:type="continuationSeparator" w:id="0">
    <w:p w14:paraId="26A38172" w14:textId="77777777" w:rsidR="00AB357C" w:rsidRDefault="00AB357C" w:rsidP="00611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62FC8" w14:textId="77777777" w:rsidR="00AB357C" w:rsidRDefault="00AB357C" w:rsidP="00611CAE">
      <w:pPr>
        <w:spacing w:after="0" w:line="240" w:lineRule="auto"/>
      </w:pPr>
      <w:r>
        <w:separator/>
      </w:r>
    </w:p>
  </w:footnote>
  <w:footnote w:type="continuationSeparator" w:id="0">
    <w:p w14:paraId="6E621B4E" w14:textId="77777777" w:rsidR="00AB357C" w:rsidRDefault="00AB357C" w:rsidP="00611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552F" w14:textId="7FC4FC00" w:rsidR="006F47D6" w:rsidRDefault="006F47D6" w:rsidP="007B2EB2">
    <w:pPr>
      <w:pStyle w:val="a5"/>
      <w:ind w:left="-284"/>
    </w:pPr>
    <w:r w:rsidRPr="006F47D6">
      <w:rPr>
        <w:noProof/>
      </w:rPr>
      <w:drawing>
        <wp:inline distT="0" distB="0" distL="0" distR="0" wp14:anchorId="43049724" wp14:editId="67EDAC9F">
          <wp:extent cx="6743428" cy="1129618"/>
          <wp:effectExtent l="0" t="0" r="635" b="0"/>
          <wp:docPr id="20756464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16483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9093" cy="11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3A83610"/>
    <w:multiLevelType w:val="hybridMultilevel"/>
    <w:tmpl w:val="FFE478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91B3A"/>
    <w:multiLevelType w:val="hybridMultilevel"/>
    <w:tmpl w:val="4EA438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41FFE"/>
    <w:multiLevelType w:val="hybridMultilevel"/>
    <w:tmpl w:val="DD3AA1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901596">
    <w:abstractNumId w:val="8"/>
  </w:num>
  <w:num w:numId="2" w16cid:durableId="1826436028">
    <w:abstractNumId w:val="6"/>
  </w:num>
  <w:num w:numId="3" w16cid:durableId="958029885">
    <w:abstractNumId w:val="5"/>
  </w:num>
  <w:num w:numId="4" w16cid:durableId="1224946533">
    <w:abstractNumId w:val="4"/>
  </w:num>
  <w:num w:numId="5" w16cid:durableId="1583104813">
    <w:abstractNumId w:val="7"/>
  </w:num>
  <w:num w:numId="6" w16cid:durableId="581915122">
    <w:abstractNumId w:val="3"/>
  </w:num>
  <w:num w:numId="7" w16cid:durableId="1827437083">
    <w:abstractNumId w:val="2"/>
  </w:num>
  <w:num w:numId="8" w16cid:durableId="1833180824">
    <w:abstractNumId w:val="1"/>
  </w:num>
  <w:num w:numId="9" w16cid:durableId="1260403841">
    <w:abstractNumId w:val="0"/>
  </w:num>
  <w:num w:numId="10" w16cid:durableId="1230995247">
    <w:abstractNumId w:val="9"/>
  </w:num>
  <w:num w:numId="11" w16cid:durableId="1021514125">
    <w:abstractNumId w:val="11"/>
  </w:num>
  <w:num w:numId="12" w16cid:durableId="2024008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B99"/>
    <w:rsid w:val="0015074B"/>
    <w:rsid w:val="001751BF"/>
    <w:rsid w:val="00217331"/>
    <w:rsid w:val="00237713"/>
    <w:rsid w:val="002476E1"/>
    <w:rsid w:val="0029639D"/>
    <w:rsid w:val="00313E6E"/>
    <w:rsid w:val="00326F90"/>
    <w:rsid w:val="004440A1"/>
    <w:rsid w:val="00467CC9"/>
    <w:rsid w:val="004C50C8"/>
    <w:rsid w:val="005C2387"/>
    <w:rsid w:val="00611CAE"/>
    <w:rsid w:val="006F47D6"/>
    <w:rsid w:val="007011F0"/>
    <w:rsid w:val="007B129F"/>
    <w:rsid w:val="007B2EB2"/>
    <w:rsid w:val="008A01FC"/>
    <w:rsid w:val="008E28FE"/>
    <w:rsid w:val="009449FB"/>
    <w:rsid w:val="009464C7"/>
    <w:rsid w:val="00AA1D8D"/>
    <w:rsid w:val="00AB357C"/>
    <w:rsid w:val="00B37DDA"/>
    <w:rsid w:val="00B47730"/>
    <w:rsid w:val="00B56C20"/>
    <w:rsid w:val="00B63B32"/>
    <w:rsid w:val="00C0023D"/>
    <w:rsid w:val="00C541EC"/>
    <w:rsid w:val="00C93584"/>
    <w:rsid w:val="00CB0664"/>
    <w:rsid w:val="00CB4E21"/>
    <w:rsid w:val="00CD0E4A"/>
    <w:rsid w:val="00E12638"/>
    <w:rsid w:val="00E86028"/>
    <w:rsid w:val="00EB39D0"/>
    <w:rsid w:val="00EC186B"/>
    <w:rsid w:val="00EC7537"/>
    <w:rsid w:val="00F63041"/>
    <w:rsid w:val="00F638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15D965"/>
  <w14:defaultImageDpi w14:val="300"/>
  <w15:docId w15:val="{91E5859B-7987-4329-A1C0-2C4C8A9B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2202086: 86 ОУ - Владая</cp:lastModifiedBy>
  <cp:revision>2</cp:revision>
  <dcterms:created xsi:type="dcterms:W3CDTF">2026-09-24T12:23:00Z</dcterms:created>
  <dcterms:modified xsi:type="dcterms:W3CDTF">2026-09-24T12:23:00Z</dcterms:modified>
  <cp:category/>
</cp:coreProperties>
</file>